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🎮 משחקים להדפסה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🔎 תפזורת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מצאו את המילים: מימין לשמאל, מלמעלה למטה או באלכסון.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</w:tblGrid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פ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פ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י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ק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ק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ף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י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ק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ו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</w:t>
            </w:r>
          </w:p>
        </w:tc>
      </w:tr>
      <w:tr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י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י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ט</w:t>
            </w:r>
          </w:p>
        </w:tc>
        <w:tc>
          <w:tcPr>
            <w:tcW w:type="dxa" w:w="1043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המילים: לקוות · לעלות · לשמוח · יחד · ארוחה · נוף · תשובה · טיילת · אמהרית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🧠 קלפי זיכרון – תמונה ומילה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סיגד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סִיגְד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🎉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חג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חַג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צום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צוֹם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תפילה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תְּפִילָּה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הר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הַר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🏙️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ירושלים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יְרוּשָׁלַיִם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קס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קֵס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👥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קסים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קֵסִים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אורית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אוֹרִית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תורה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תּוֹרָה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געז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גְּעֵז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אמהרית</w:t>
            </w:r>
          </w:p>
        </w:tc>
        <w:tc>
          <w:tcPr>
            <w:tcW w:type="dxa" w:w="2409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אַמְהָרִית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🔤 איש תלוי – מילים ורמזים למורה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סיגד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חַג שֶׁל יְהוּדֵי אֶתְיוֹפְּיָה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⏳ לֹא אוֹכְלִים וְלֹא שׁוֹתִים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תפילה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 מְדַבְּרִים עִם אֱלוֹהִים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ירושלים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 הָעִיר שֶׁל הַכִּיסּוּפִים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 הַסְּפָרִים הַקְּדוֹשִׁים בִּגְעֵז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געז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✍️ שָׂפָה עַתִּיקָה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קהילה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הַרְבֵּה אֲנָשִׁים יַחַד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✈️ בָּאִים לָגוּר בְּיִשְׂרָאֵל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געגועים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💭 חוֹשְׁבִים עַל מִי שֶׁרָחוֹק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כיסופים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💖 גַּעְגּוּעִים חֲזָקִים מְאוֹד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🤲 קֶשֶׁר וְהַבְטָחָה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טיילת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 מָקוֹם לְטַיֵּיל וּלְהִסְתַּכֵּל עַל הָעִיר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☂️ מֵעַל הַקֵּסִים, צִבְעוֹנִית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אמהרית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🗣️ שָׂפָה שֶׁמְּדַבְּרִים בְּאֶתְיוֹפְּיָה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אתיופיה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🌍 אֶרֶץ בְּאַפְרִיקָה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ריקוד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💃 זָזִים עִם מוּזִיקָה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😊 הַהֵפֶךְ שֶׁל עֶצֶב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קסים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 מַנְהִיגֵי הַקְּהִילָּה בַּתְּפִילָּה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🫂 הָאֲנָשִׁים הַקְּרוֹבִים שֶׁלִּי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 חוֹשְׁבִים אֵיךְ לְהִשְׁתַּנּוֹת לְטוֹבָה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נוף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🌄 מָה שֶׁרוֹאִים מִמָּקוֹם גָּבוֹהַּ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חשון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🍂 הַחוֹדֶשׁ שֶׁל הַסִּיגְד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ארוחה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🍲 אוֹכְלִים יַחַד אַחֲרֵי הַצּוֹם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🤍 צֶבַע הַבְּגָדִים בַּחַג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⛰️ עוֹלִים אֵלָיו בַּסִּיגְד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משחקים להדפסה: תפזורת, זיכרון, איש תלוי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